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0286»</w:t>
      </w:r>
    </w:p>
    <w:p>
      <w:r>
        <w:t>Артикул LD-04562. Исполнение Светло-голубой. Страна производства Южная Корея (KR).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LD-KETTLE-0286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LD-04562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LD-04562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LD-04562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