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0285»</w:t>
      </w:r>
    </w:p>
    <w:p>
      <w:r>
        <w:t>Артикул LD-04545. Исполнение Дымчато-синий. Страна производства Беларусь (BY).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LD-04545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