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0283»</w:t>
      </w:r>
    </w:p>
    <w:p>
      <w:r>
        <w:t>Артикул LD-04520.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