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0282»</w:t>
      </w:r>
    </w:p>
    <w:p>
      <w:r>
        <w:t>Артикул LD-04502.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