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0282»</w:t>
      </w:r>
    </w:p>
    <w:p>
      <w:r>
        <w:t>Артикул LD-04501. Исполнение Дуб и синий металл. Страна производства Китай (CN).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LD-04501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