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0278»</w:t>
      </w:r>
    </w:p>
    <w:p>
      <w:r>
        <w:t>Артикул LD-04436. Исполнение Светло-серая керамика. Страна производства Россия (RU).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LD-04436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