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0277»</w:t>
      </w:r>
    </w:p>
    <w:p>
      <w:r>
        <w:t>Артикул LD-04425.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LD-04425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LD-04425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LD-04425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