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0275»</w:t>
      </w:r>
    </w:p>
    <w:p>
      <w:r>
        <w:t>Артикул LD-04385. Исполнение Дымчато-синий. Страна производства Беларусь (BY).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LD-LAMP-0275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LD-04385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LD-04385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LD-04385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