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0027»</w:t>
      </w:r>
    </w:p>
    <w:p>
      <w:r>
        <w:t>Артикул LD-00432. Исполнение Сталь и синие ручки. Страна производства Германия (DE).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LD-00432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