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0266»</w:t>
      </w:r>
    </w:p>
    <w:p>
      <w:r>
        <w:t>Артикул LD-04247. Исполнение Дымчато-синий. Страна производства Германия (DE).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