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0258»</w:t>
      </w:r>
    </w:p>
    <w:p>
      <w:r>
        <w:t>Артикул LD-04118. Исполнение Синяя клетка. Страна производства США (US).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LD-BLANKET-0258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LD-04118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LD-04118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LD-04118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