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0256»</w:t>
      </w:r>
    </w:p>
    <w:p>
      <w:r>
        <w:t>Артикул LD-04095. Исполнение Серо-синий в полоску. Страна производства Япония (JP).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LD-04095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