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0251»</w:t>
      </w:r>
    </w:p>
    <w:p>
      <w:r>
        <w:t>Артикул LD-04006. Исполнение Синяя клетка. Страна производства Китай (CN).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LD-BLANKET-0251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LD-04006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LD-04006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LD-04006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