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0250»</w:t>
      </w:r>
    </w:p>
    <w:p>
      <w:r>
        <w:t>Артикул LD-03987. Исполнение Серо-синяя обивка. Страна производства Германия (DE).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LD-CHAIR-0250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LD-03987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LD-03987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LD-03987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