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0025»</w:t>
      </w:r>
    </w:p>
    <w:p>
      <w:r>
        <w:t>Артикул LD-00397. Исполнение Ротанг и голубая подкладка. Страна производства Южная Корея (KR).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LD-00397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