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0248»</w:t>
      </w:r>
    </w:p>
    <w:p>
      <w:r>
        <w:t>Артикул LD-03958. Исполнение Синяя клетка. Страна производства США (US).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LD-03958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LD-03958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