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0246»</w:t>
      </w:r>
    </w:p>
    <w:p>
      <w:r>
        <w:t>Артикул LD-03923. Исполнение Серо-синяя обивка. Страна производства Италия (IT).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LD-CHAIR-0246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LD-03923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LD-03923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