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0243»</w:t>
      </w:r>
    </w:p>
    <w:p>
      <w:r>
        <w:t>Артикул LD-03887. Исполнение Серо-синий в полоску. Страна производства Южная Корея (KR).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LD-CUSHION-0243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LD-03887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LD-03887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LD-03887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