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0241»</w:t>
      </w:r>
    </w:p>
    <w:p>
      <w:r>
        <w:t>Артикул LD-03851. Исполнение Дуб и голубой циферблат. Страна производства Россия (RU).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LD-CLOCK-0241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LD-03851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LD-03851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LD-03851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