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0240»</w:t>
      </w:r>
    </w:p>
    <w:p>
      <w:r>
        <w:t>Артикул LD-03837.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