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0024»</w:t>
      </w:r>
    </w:p>
    <w:p>
      <w:r>
        <w:t>Артикул LD-00382.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LD-00382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