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0237»</w:t>
      </w:r>
    </w:p>
    <w:p>
      <w:r>
        <w:t>Артикул LD-03779. Исполнение Серо-синяя обивка. Страна производства Польша (PL).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LD-03779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