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0233»</w:t>
      </w:r>
    </w:p>
    <w:p>
      <w:r>
        <w:t>Артикул LD-03713.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