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0228»</w:t>
      </w:r>
    </w:p>
    <w:p>
      <w:r>
        <w:t>Артикул LD-03637. Исполнение Дуб и синий металл. Страна производства Германия (DE).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LD-03637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