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0227»</w:t>
      </w:r>
    </w:p>
    <w:p>
      <w:r>
        <w:t>Артикул LD-03632. Исполнение Сталь и синие ручки. Страна производства Германия (DE).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LD-CUTLERY-0227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LD-03632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LD-03632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LD-03632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