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0227»</w:t>
      </w:r>
    </w:p>
    <w:p>
      <w:r>
        <w:t>Артикул LD-03617.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LD-03617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