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0226»</w:t>
      </w:r>
    </w:p>
    <w:p>
      <w:r>
        <w:t>Артикул LD-03612. Исполнение Дымчато-синий. Страна производства Южная Корея (KR).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LD-MIRROR-0226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LD-03612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LD-03612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LD-03612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