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0225»</w:t>
      </w:r>
    </w:p>
    <w:p>
      <w:r>
        <w:t>Артикул LD-03594.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