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0218»</w:t>
      </w:r>
    </w:p>
    <w:p>
      <w:r>
        <w:t>Артикул LD-03488. Исполнение Сталь и синие ручки. Страна производства США (US).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LD-03488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