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0217»</w:t>
      </w:r>
    </w:p>
    <w:p>
      <w:r>
        <w:t>Артикул LD-03461. Исполнение Дуб и синий металл. Страна производства Россия (RU).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LD-ORGANIZER-0217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LD-03461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LD-03461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LD-03461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