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0213»</w:t>
      </w:r>
    </w:p>
    <w:p>
      <w:r>
        <w:t>Артикул LD-03398. Исполнение Синяя клетка. Страна производства Италия (IT).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LD-BLANKET-0213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LD-03398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LD-03398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LD-03398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