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0211»</w:t>
      </w:r>
    </w:p>
    <w:p>
      <w:r>
        <w:t>Артикул LD-03371.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