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0207»</w:t>
      </w:r>
    </w:p>
    <w:p>
      <w:r>
        <w:t>Артикул LD-03298. Исполнение Светло-голубой. Страна производства Италия (IT).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LD-KETTLE-0207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LD-03298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LD-03298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LD-03298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