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0206»</w:t>
      </w:r>
    </w:p>
    <w:p>
      <w:r>
        <w:t>Артикул LD-03284. Исполнение Светло-серая керамика. Страна производства Польша (PL).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LD-VASE-0206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LD-03284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LD-03284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LD-03284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