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0205»</w:t>
      </w:r>
    </w:p>
    <w:p>
      <w:r>
        <w:t>Артикул LD-03272. Исполнение Дымчато-синий. Страна производства Германия (DE).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Германия (DE)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LD-03272    Германия (DE)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