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0202»</w:t>
      </w:r>
    </w:p>
    <w:p>
      <w:r>
        <w:t>Артикул LD-03217. Исполнение Дымчато-синий. Страна производства Германия (DE).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LD-LAMP-0202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LD-03217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LD-03217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LD-03217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