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0198»</w:t>
      </w:r>
    </w:p>
    <w:p>
      <w:r>
        <w:t>Артикул LD-03153. Исполнение Дымчато-синий. Страна производства Италия (IT).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LD-LAMP-0198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LD-03153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LD-03153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LD-03153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