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0020»</w:t>
      </w:r>
    </w:p>
    <w:p>
      <w:r>
        <w:t>Артикул LD-00314. Исполнение Светло-голубой. Страна производства Польша (PL).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LD-00314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LD-00314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LD-00314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