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0193»</w:t>
      </w:r>
    </w:p>
    <w:p>
      <w:r>
        <w:t>Артикул LD-03081.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LD-03081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