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0192»</w:t>
      </w:r>
    </w:p>
    <w:p>
      <w:r>
        <w:t>Артикул LD-03061.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