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0189»</w:t>
      </w:r>
    </w:p>
    <w:p>
      <w:r>
        <w:t>Артикул LD-03013. Исполнение Дуб и синий металл. Страна производства США (US).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LD-03013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