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0019»</w:t>
      </w:r>
    </w:p>
    <w:p>
      <w:r>
        <w:t>Артикул LD-00300. Исполнение Дымчато-синий. Страна производства Япония (JP).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LD-MIRROR-0019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LD-00300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LD-00300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LD-00300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