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0019»</w:t>
      </w:r>
    </w:p>
    <w:p>
      <w:r>
        <w:t>Артикул LD-00294. Исполнение Синяя клетка. Страна производства Канада (CA).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LD-00294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