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0184»</w:t>
      </w:r>
    </w:p>
    <w:p>
      <w:r>
        <w:t>Артикул LD-02931. Исполнение Серо-синяя обивка. Страна производства Китай (CN).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