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0180»</w:t>
      </w:r>
    </w:p>
    <w:p>
      <w:r>
        <w:t>Артикул LD-02870. Исполнение Синяя клетка. Страна производства Беларусь (BY).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LD-02870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