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0179»</w:t>
      </w:r>
    </w:p>
    <w:p>
      <w:r>
        <w:t>Артикул LD-02851. Исполнение Серо-синяя обивка. Страна производства Россия (RU).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