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0177»</w:t>
      </w:r>
    </w:p>
    <w:p>
      <w:r>
        <w:t>Артикул LD-02827. Исполнение Дуб и голубой циферблат. Страна производства Южная Корея (KR).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LD-CLOCK-0177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LD-02827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LD-02827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LD-02827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