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0177»</w:t>
      </w:r>
    </w:p>
    <w:p>
      <w:r>
        <w:t>Артикул LD-02822. Исполнение Синяя клетка. Страна производства Германия (DE).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