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0175»</w:t>
      </w:r>
    </w:p>
    <w:p>
      <w:r>
        <w:t>Артикул LD-02787.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LD-02787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