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0172»</w:t>
      </w:r>
    </w:p>
    <w:p>
      <w:r>
        <w:t>Артикул LD-02743. Исполнение Дымчато-синий. Страна производства Италия (IT).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LD-FLOOR-LAMP-0172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LD-02743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LD-02743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LD-02743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